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Asker Mektuplarından Esinlenmiş Oratoryo</w:t>
      </w:r>
    </w:p>
    <w:p>
      <w:r>
        <w:br/>
        <w:t>(Sahne karanlık. Arka planda hafif bir rüzgar sesi ve uzaklarda bir türkü duyuluyor. Sessizlik içinde, bir asker mektubu okur gibi konuşulur.)</w:t>
        <w:br/>
        <w:br/>
        <w:t>Ses 1 (Derin, duygusal):</w:t>
        <w:br/>
        <w:t>Sevgili Annem,</w:t>
        <w:br/>
        <w:t>Bugün yazmak için birkaç satır bulabildim, ama kalbimde bir boşluk var.</w:t>
        <w:br/>
        <w:t>Burada Çanakkale’de, yaşadıklarımızı anlatmaya kelimeler yetmez.</w:t>
        <w:br/>
        <w:t>Sana yazarken, gözlerimde hep senin o sevgi dolu bakışların,</w:t>
        <w:br/>
        <w:t>Beni evde bekleyen o sıcak ekmeğin kokusu var.</w:t>
        <w:br/>
        <w:t>Ama şunu bil, anne…</w:t>
        <w:br/>
        <w:t>Vatan için savaşmak, senin gözlerinden uzak olmak kadar zor.</w:t>
        <w:br/>
        <w:t>Buradaki her bir adım, bir başka fedakarlığın adıdır.</w:t>
        <w:br/>
        <w:t>Ve senin dualarınla güç buluyoruz.</w:t>
        <w:br/>
        <w:br/>
        <w:t>Ses 2 (Biraz daha yüksek sesle, cesaret dolu):</w:t>
        <w:br/>
        <w:t>Sevgili Babam,</w:t>
        <w:br/>
        <w:t>Savaşın en zorlu anlarında, hep senin öğütlerini hatırlıyorum.</w:t>
        <w:br/>
        <w:t>“Vatan için her şey feda edilir” derdin.</w:t>
        <w:br/>
        <w:t>Ve işte şimdi, ben de vatanım için her şeyimi veriyorum.</w:t>
        <w:br/>
        <w:t>Günler uzun, geceler soğuk.</w:t>
        <w:br/>
        <w:t>Ama bir tek düşünce var kafamızda:</w:t>
        <w:br/>
        <w:t>“Bu toprakları savunmalıyız!”</w:t>
        <w:br/>
        <w:t>Bir gün, döneceğim ve seni gururla kucaklayacağım.</w:t>
        <w:br/>
        <w:t>O güne kadar, senin öğrettiklerinle dimdik ayakta duracağım.</w:t>
        <w:br/>
        <w:br/>
        <w:t>Ses 3 (Hüzünlü ve özlem dolu):</w:t>
        <w:br/>
        <w:t>Sevgili Kardeşim,</w:t>
        <w:br/>
        <w:t>Bugün, seninle son konuşmamızın üzerinden çok zaman geçti.</w:t>
        <w:br/>
        <w:t>Biliyorum, bana “Hadi gel, oyun oynayalım” diyeceksin.</w:t>
        <w:br/>
        <w:t>Ama burada, şu an oynayacak zamanım yok.</w:t>
        <w:br/>
        <w:t>Çanakkale’de bir savaş var, ve biz, her birimizin canı pahasına vatanı koruyoruz.</w:t>
        <w:br/>
        <w:t>Bir gün dönüp sana anlatacağım, kardeşim.</w:t>
        <w:br/>
        <w:t>Anlatacağım, bu topraklarda nasıl büyüdük, nasıl savaştık.</w:t>
        <w:br/>
        <w:t>Ve her gün seni düşündüğümde, biraz daha güç alıyorum.</w:t>
        <w:br/>
        <w:br/>
        <w:t>Ses 4 (Derin bir yeminle):</w:t>
        <w:br/>
        <w:t>Sevgili Sevgilim,</w:t>
        <w:br/>
        <w:t>Bugün, seni düşündüm.</w:t>
        <w:br/>
        <w:t>Yavaşça gözlerimde bir damla yaş süzüldü ama hemen silmedim.</w:t>
        <w:br/>
        <w:t>Biliyorum, senin için de bu zamanlar çok zor.</w:t>
        <w:br/>
        <w:t>Ama ben, bu toprakları korumak için savaşıyorum.</w:t>
        <w:br/>
        <w:t>Beni bir gün bulduğunda, senin için dimdik ayakta durmuş olacağım.</w:t>
        <w:br/>
        <w:t>Ve her gün, seninle geçirdiğimiz o mutlu anları,</w:t>
        <w:br/>
        <w:t>Birer umut ışığı gibi içimde taşıyacağım.</w:t>
        <w:br/>
        <w:t>Söz veriyorum, bir gün sana döneceğim.</w:t>
        <w:br/>
        <w:t>Ve birlikte olacağız.</w:t>
        <w:br/>
        <w:br/>
        <w:t>Koro (Birlikte, duygusal ve coşkulu):</w:t>
        <w:br/>
        <w:t>"Her bir mektup, bir kalbin çığlığıdır.</w:t>
        <w:br/>
        <w:t>Her bir satır, bir kahramanlık destanıdır.</w:t>
        <w:br/>
        <w:t>Çanakkale'de savaşan her asker, birer vatan sevdalısıdır.</w:t>
        <w:br/>
        <w:t>Ve her bir mektup, sonsuzluğa gönderilen bir sevda notasıdır."</w:t>
        <w:br/>
        <w:br/>
        <w:t>Ses 5 (Derin ve gururlu):</w:t>
        <w:br/>
        <w:t>Ve işte biz, bu topraklarda savaşan yiğitler,</w:t>
        <w:br/>
        <w:t>Hep bir aradayız.</w:t>
        <w:br/>
        <w:t>Birbirimize yazdığımız mektuplarda,</w:t>
        <w:br/>
        <w:t>Hep aynı sözcükleri tekrar ederiz:</w:t>
        <w:br/>
        <w:t>Vatan, bayrak, özgürlük…</w:t>
        <w:br/>
        <w:t>İçimizdeki sevda büyüdükçe,</w:t>
        <w:br/>
        <w:t>Geriye dönmek yok, sadece ileriye doğru bir yol var.</w:t>
        <w:br/>
        <w:t>Bir gün, bu topraklar özgür olacak.</w:t>
        <w:br/>
        <w:t>Ve biz, hep birlikte, kazandığımız bu zaferi kutlayacağız.</w:t>
        <w:br/>
        <w:br/>
        <w:t>Koro (Birlikte, güçlü ve coşkulu):</w:t>
        <w:br/>
        <w:t>"Çanakkale Geçilmez!</w:t>
        <w:br/>
        <w:t>Her bir asker, bir kahraman, bir yıldız!</w:t>
        <w:br/>
        <w:t>Her bir mektup, bir vatanın sesi!</w:t>
        <w:br/>
        <w:t>Ve biz, bu toprakların evlatlarıyız!"</w:t>
        <w:br/>
        <w:br/>
        <w:t>(Sahne kararıyor, hafif bir melodi eşliğinde arka planda askerlerin isimleri yer alır. Müzik yavaşça sona erer.)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